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FA318" w14:textId="22AA1DBB" w:rsidR="00D5671E" w:rsidRPr="00C33171" w:rsidRDefault="00383FC4" w:rsidP="007A61F7">
      <w:pPr>
        <w:pStyle w:val="aa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  <w:lang w:eastAsia="ja-JP"/>
        </w:rPr>
      </w:pPr>
      <w:r>
        <w:rPr>
          <w:rFonts w:ascii="BIZ UDPゴシック" w:eastAsia="BIZ UDPゴシック" w:hAnsi="BIZ UDPゴシック" w:hint="eastAsia"/>
          <w:color w:val="000000" w:themeColor="text1"/>
          <w:sz w:val="36"/>
          <w:szCs w:val="36"/>
          <w:lang w:eastAsia="ja-JP"/>
        </w:rPr>
        <w:t>消　防</w:t>
      </w:r>
      <w:r w:rsidR="00BC0FE7">
        <w:rPr>
          <w:rFonts w:ascii="BIZ UDPゴシック" w:eastAsia="BIZ UDPゴシック" w:hAnsi="BIZ UDPゴシック" w:hint="eastAsia"/>
          <w:color w:val="000000" w:themeColor="text1"/>
          <w:sz w:val="36"/>
          <w:szCs w:val="36"/>
          <w:lang w:eastAsia="ja-JP"/>
        </w:rPr>
        <w:t xml:space="preserve">　職</w:t>
      </w:r>
      <w:r>
        <w:rPr>
          <w:rFonts w:ascii="BIZ UDPゴシック" w:eastAsia="BIZ UDPゴシック" w:hAnsi="BIZ UDPゴシック" w:hint="eastAsia"/>
          <w:color w:val="000000" w:themeColor="text1"/>
          <w:sz w:val="36"/>
          <w:szCs w:val="36"/>
          <w:lang w:eastAsia="ja-JP"/>
        </w:rPr>
        <w:t xml:space="preserve">　</w:t>
      </w:r>
      <w:r w:rsidRPr="00C33171">
        <w:rPr>
          <w:rFonts w:ascii="BIZ UDPゴシック" w:eastAsia="BIZ UDPゴシック" w:hAnsi="BIZ UDPゴシック"/>
          <w:color w:val="000000" w:themeColor="text1"/>
          <w:sz w:val="36"/>
          <w:szCs w:val="36"/>
          <w:lang w:eastAsia="ja-JP"/>
        </w:rPr>
        <w:t>経</w:t>
      </w:r>
      <w:r w:rsidR="007A61F7" w:rsidRPr="00C33171">
        <w:rPr>
          <w:rFonts w:ascii="BIZ UDPゴシック" w:eastAsia="BIZ UDPゴシック" w:hAnsi="BIZ UDPゴシック" w:hint="eastAsia"/>
          <w:color w:val="000000" w:themeColor="text1"/>
          <w:sz w:val="36"/>
          <w:szCs w:val="36"/>
          <w:lang w:eastAsia="ja-JP"/>
        </w:rPr>
        <w:t xml:space="preserve">　</w:t>
      </w:r>
      <w:r w:rsidRPr="00C33171">
        <w:rPr>
          <w:rFonts w:ascii="BIZ UDPゴシック" w:eastAsia="BIZ UDPゴシック" w:hAnsi="BIZ UDPゴシック"/>
          <w:color w:val="000000" w:themeColor="text1"/>
          <w:sz w:val="36"/>
          <w:szCs w:val="36"/>
          <w:lang w:eastAsia="ja-JP"/>
        </w:rPr>
        <w:t>歴</w:t>
      </w:r>
      <w:r w:rsidR="007A61F7" w:rsidRPr="00C33171">
        <w:rPr>
          <w:rFonts w:ascii="BIZ UDPゴシック" w:eastAsia="BIZ UDPゴシック" w:hAnsi="BIZ UDPゴシック" w:hint="eastAsia"/>
          <w:color w:val="000000" w:themeColor="text1"/>
          <w:sz w:val="36"/>
          <w:szCs w:val="36"/>
          <w:lang w:eastAsia="ja-JP"/>
        </w:rPr>
        <w:t xml:space="preserve">　</w:t>
      </w:r>
      <w:r w:rsidRPr="00C33171">
        <w:rPr>
          <w:rFonts w:ascii="BIZ UDPゴシック" w:eastAsia="BIZ UDPゴシック" w:hAnsi="BIZ UDPゴシック"/>
          <w:color w:val="000000" w:themeColor="text1"/>
          <w:sz w:val="36"/>
          <w:szCs w:val="36"/>
          <w:lang w:eastAsia="ja-JP"/>
        </w:rPr>
        <w:t>書</w:t>
      </w:r>
    </w:p>
    <w:p w14:paraId="5C3E9723" w14:textId="5D55B07D" w:rsidR="00606C6C" w:rsidRPr="00383FC4" w:rsidRDefault="00107716" w:rsidP="00BC0FE7">
      <w:pPr>
        <w:spacing w:after="0" w:line="360" w:lineRule="auto"/>
        <w:rPr>
          <w:rFonts w:ascii="BIZ UDPゴシック" w:eastAsia="BIZ UDPゴシック" w:hAnsi="BIZ UDPゴシック"/>
          <w:lang w:eastAsia="ja-JP"/>
        </w:rPr>
      </w:pPr>
      <w:r w:rsidRPr="007A61F7">
        <w:rPr>
          <w:rFonts w:ascii="BIZ UDPゴシック" w:eastAsia="BIZ UDPゴシック" w:hAnsi="BIZ UDPゴシック"/>
          <w:lang w:eastAsia="ja-JP"/>
        </w:rPr>
        <w:t xml:space="preserve">1　</w:t>
      </w:r>
      <w:r w:rsidR="007A61F7">
        <w:rPr>
          <w:rFonts w:ascii="BIZ UDPゴシック" w:eastAsia="BIZ UDPゴシック" w:hAnsi="BIZ UDPゴシック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A61F7" w:rsidRPr="007A61F7">
              <w:rPr>
                <w:rFonts w:ascii="BIZ UDPゴシック" w:eastAsia="BIZ UDPゴシック" w:hAnsi="BIZ UDPゴシック"/>
                <w:sz w:val="11"/>
                <w:lang w:eastAsia="ja-JP"/>
              </w:rPr>
              <w:t>ふりがな</w:t>
            </w:r>
          </w:rt>
          <w:rubyBase>
            <w:r w:rsidR="007A61F7">
              <w:rPr>
                <w:rFonts w:ascii="BIZ UDPゴシック" w:eastAsia="BIZ UDPゴシック" w:hAnsi="BIZ UDPゴシック"/>
                <w:lang w:eastAsia="ja-JP"/>
              </w:rPr>
              <w:t>氏名</w:t>
            </w:r>
          </w:rubyBase>
        </w:ruby>
      </w:r>
    </w:p>
    <w:tbl>
      <w:tblPr>
        <w:tblStyle w:val="afe"/>
        <w:tblW w:w="0" w:type="auto"/>
        <w:tblInd w:w="250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606C6C" w14:paraId="34F64738" w14:textId="77777777" w:rsidTr="00BC0FE7">
        <w:trPr>
          <w:trHeight w:val="207"/>
        </w:trPr>
        <w:tc>
          <w:tcPr>
            <w:tcW w:w="3969" w:type="dxa"/>
          </w:tcPr>
          <w:p w14:paraId="6DC18ACA" w14:textId="5BD12B3D" w:rsidR="00606C6C" w:rsidRDefault="00606C6C" w:rsidP="00606C6C">
            <w:pPr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Pr="00606C6C">
              <w:rPr>
                <w:rFonts w:ascii="BIZ UDPゴシック" w:eastAsia="BIZ UDPゴシック" w:hAnsi="BIZ UDPゴシック" w:hint="eastAsia"/>
                <w:bdr w:val="dashed" w:sz="4" w:space="0" w:color="auto"/>
                <w:lang w:eastAsia="ja-JP"/>
              </w:rPr>
              <w:t xml:space="preserve">　</w:t>
            </w:r>
          </w:p>
        </w:tc>
      </w:tr>
      <w:tr w:rsidR="00606C6C" w14:paraId="75DFCEC0" w14:textId="77777777" w:rsidTr="00BC0FE7">
        <w:tc>
          <w:tcPr>
            <w:tcW w:w="3969" w:type="dxa"/>
          </w:tcPr>
          <w:p w14:paraId="6716EF1B" w14:textId="77777777" w:rsidR="00606C6C" w:rsidRDefault="00606C6C" w:rsidP="00383FC4">
            <w:pPr>
              <w:spacing w:line="480" w:lineRule="auto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5DFD2D72" w14:textId="77777777" w:rsidR="00BC0FE7" w:rsidRDefault="00BC0FE7" w:rsidP="007A61F7">
      <w:pPr>
        <w:spacing w:after="0"/>
        <w:rPr>
          <w:rFonts w:ascii="BIZ UDPゴシック" w:eastAsia="BIZ UDPゴシック" w:hAnsi="BIZ UDPゴシック"/>
          <w:lang w:eastAsia="ja-JP"/>
        </w:rPr>
      </w:pPr>
    </w:p>
    <w:p w14:paraId="01DF56E4" w14:textId="5C2DA419" w:rsidR="007A61F7" w:rsidRDefault="00BC0FE7" w:rsidP="007A61F7">
      <w:pPr>
        <w:spacing w:after="0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２</w:t>
      </w:r>
      <w:r w:rsidRPr="007A61F7">
        <w:rPr>
          <w:rFonts w:ascii="BIZ UDPゴシック" w:eastAsia="BIZ UDPゴシック" w:hAnsi="BIZ UDPゴシック"/>
          <w:lang w:eastAsia="ja-JP"/>
        </w:rPr>
        <w:t xml:space="preserve">　</w:t>
      </w:r>
      <w:r>
        <w:rPr>
          <w:rFonts w:ascii="BIZ UDPゴシック" w:eastAsia="BIZ UDPゴシック" w:hAnsi="BIZ UDPゴシック" w:hint="eastAsia"/>
          <w:lang w:eastAsia="ja-JP"/>
        </w:rPr>
        <w:t xml:space="preserve">消 防 </w:t>
      </w:r>
      <w:r w:rsidRPr="007A61F7">
        <w:rPr>
          <w:rFonts w:ascii="BIZ UDPゴシック" w:eastAsia="BIZ UDPゴシック" w:hAnsi="BIZ UDPゴシック"/>
          <w:lang w:eastAsia="ja-JP"/>
        </w:rPr>
        <w:t>職</w:t>
      </w:r>
      <w:r w:rsidR="007A61F7">
        <w:rPr>
          <w:rFonts w:ascii="BIZ UDPゴシック" w:eastAsia="BIZ UDPゴシック" w:hAnsi="BIZ UDPゴシック" w:hint="eastAsia"/>
          <w:lang w:eastAsia="ja-JP"/>
        </w:rPr>
        <w:t xml:space="preserve">　</w:t>
      </w:r>
      <w:r w:rsidRPr="007A61F7">
        <w:rPr>
          <w:rFonts w:ascii="BIZ UDPゴシック" w:eastAsia="BIZ UDPゴシック" w:hAnsi="BIZ UDPゴシック"/>
          <w:lang w:eastAsia="ja-JP"/>
        </w:rPr>
        <w:t>歴</w:t>
      </w:r>
    </w:p>
    <w:tbl>
      <w:tblPr>
        <w:tblStyle w:val="afe"/>
        <w:tblW w:w="0" w:type="auto"/>
        <w:tblInd w:w="250" w:type="dxa"/>
        <w:tblLook w:val="04A0" w:firstRow="1" w:lastRow="0" w:firstColumn="1" w:lastColumn="0" w:noHBand="0" w:noVBand="1"/>
      </w:tblPr>
      <w:tblGrid>
        <w:gridCol w:w="546"/>
        <w:gridCol w:w="1408"/>
        <w:gridCol w:w="1651"/>
        <w:gridCol w:w="969"/>
        <w:gridCol w:w="832"/>
        <w:gridCol w:w="2980"/>
      </w:tblGrid>
      <w:tr w:rsidR="005350F6" w14:paraId="573C85D2" w14:textId="490FDFF8" w:rsidTr="00606C6C">
        <w:tc>
          <w:tcPr>
            <w:tcW w:w="547" w:type="dxa"/>
            <w:shd w:val="clear" w:color="auto" w:fill="D9D9D9" w:themeFill="background1" w:themeFillShade="D9"/>
          </w:tcPr>
          <w:p w14:paraId="0FAF7148" w14:textId="3C1FFC50" w:rsidR="007A61F7" w:rsidRPr="008F64B9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 w:rsidRPr="008F64B9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No</w:t>
            </w:r>
          </w:p>
        </w:tc>
        <w:tc>
          <w:tcPr>
            <w:tcW w:w="1438" w:type="dxa"/>
            <w:shd w:val="clear" w:color="auto" w:fill="D9D9D9" w:themeFill="background1" w:themeFillShade="D9"/>
          </w:tcPr>
          <w:p w14:paraId="58997FD7" w14:textId="22D1F7D8" w:rsidR="007A61F7" w:rsidRPr="008F64B9" w:rsidRDefault="007A61F7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 w:rsidRPr="008F64B9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期</w:t>
            </w:r>
            <w:r w:rsidR="008F64B9" w:rsidRPr="008F64B9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 xml:space="preserve">　</w:t>
            </w:r>
            <w:r w:rsidRPr="008F64B9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間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3CA4D26" w14:textId="02DD0C44" w:rsidR="007A61F7" w:rsidRPr="008F64B9" w:rsidRDefault="007A61F7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 w:rsidRPr="008F64B9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勤務先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2FE6FD0" w14:textId="11569D3B" w:rsidR="007A61F7" w:rsidRPr="008F64B9" w:rsidRDefault="007A61F7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 w:rsidRPr="008F64B9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階級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6146392" w14:textId="70689520" w:rsidR="007A61F7" w:rsidRPr="008F64B9" w:rsidRDefault="008F64B9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 w:rsidRPr="008F64B9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役職</w:t>
            </w:r>
          </w:p>
        </w:tc>
        <w:tc>
          <w:tcPr>
            <w:tcW w:w="3078" w:type="dxa"/>
            <w:shd w:val="clear" w:color="auto" w:fill="D9D9D9" w:themeFill="background1" w:themeFillShade="D9"/>
          </w:tcPr>
          <w:p w14:paraId="01100A89" w14:textId="01C39261" w:rsidR="007A61F7" w:rsidRPr="008F64B9" w:rsidRDefault="008F64B9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 w:rsidRPr="008F64B9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職務内容</w:t>
            </w:r>
          </w:p>
        </w:tc>
      </w:tr>
      <w:tr w:rsidR="005350F6" w14:paraId="2F47F12C" w14:textId="6A342B76" w:rsidTr="00606C6C">
        <w:tc>
          <w:tcPr>
            <w:tcW w:w="547" w:type="dxa"/>
          </w:tcPr>
          <w:p w14:paraId="4E4E0527" w14:textId="084A85E2" w:rsidR="007A61F7" w:rsidRPr="00C33171" w:rsidRDefault="00BC0FE7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(</w:t>
            </w:r>
            <w:r w:rsidR="00383FC4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例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38" w:type="dxa"/>
          </w:tcPr>
          <w:p w14:paraId="222889AE" w14:textId="5A64CAD2" w:rsidR="007A61F7" w:rsidRPr="00C33171" w:rsidRDefault="00383FC4" w:rsidP="00606C6C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R2.4～R4.3</w:t>
            </w:r>
          </w:p>
        </w:tc>
        <w:tc>
          <w:tcPr>
            <w:tcW w:w="1701" w:type="dxa"/>
          </w:tcPr>
          <w:p w14:paraId="083689E4" w14:textId="42308BDB" w:rsidR="007A61F7" w:rsidRPr="00C33171" w:rsidRDefault="00383FC4" w:rsidP="00606C6C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〇〇消防署</w:t>
            </w:r>
          </w:p>
        </w:tc>
        <w:tc>
          <w:tcPr>
            <w:tcW w:w="992" w:type="dxa"/>
          </w:tcPr>
          <w:p w14:paraId="2F54B3B7" w14:textId="575853C0" w:rsidR="007A61F7" w:rsidRPr="00C33171" w:rsidRDefault="00606C6C" w:rsidP="00606C6C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消防士長</w:t>
            </w:r>
          </w:p>
        </w:tc>
        <w:tc>
          <w:tcPr>
            <w:tcW w:w="850" w:type="dxa"/>
          </w:tcPr>
          <w:p w14:paraId="5F7F3CAF" w14:textId="7FBB5AA3" w:rsidR="007A61F7" w:rsidRPr="00C33171" w:rsidRDefault="00606C6C" w:rsidP="00606C6C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主任</w:t>
            </w:r>
          </w:p>
        </w:tc>
        <w:tc>
          <w:tcPr>
            <w:tcW w:w="3078" w:type="dxa"/>
          </w:tcPr>
          <w:p w14:paraId="6E744EBE" w14:textId="67E15ABC" w:rsidR="007A61F7" w:rsidRPr="00C33171" w:rsidRDefault="00606C6C" w:rsidP="00606C6C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消防・救急業務</w:t>
            </w:r>
          </w:p>
        </w:tc>
      </w:tr>
      <w:tr w:rsidR="005350F6" w14:paraId="323E7E9C" w14:textId="7EFDB90B" w:rsidTr="00606C6C">
        <w:tc>
          <w:tcPr>
            <w:tcW w:w="547" w:type="dxa"/>
          </w:tcPr>
          <w:p w14:paraId="75FBF887" w14:textId="27549561" w:rsidR="007A61F7" w:rsidRPr="00C33171" w:rsidRDefault="00383FC4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①</w:t>
            </w:r>
          </w:p>
        </w:tc>
        <w:tc>
          <w:tcPr>
            <w:tcW w:w="1438" w:type="dxa"/>
          </w:tcPr>
          <w:p w14:paraId="5E7A4130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1701" w:type="dxa"/>
          </w:tcPr>
          <w:p w14:paraId="1323A8E1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992" w:type="dxa"/>
          </w:tcPr>
          <w:p w14:paraId="5A127C6E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850" w:type="dxa"/>
          </w:tcPr>
          <w:p w14:paraId="123C66C0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3078" w:type="dxa"/>
          </w:tcPr>
          <w:p w14:paraId="66B0DC18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</w:tr>
      <w:tr w:rsidR="00C33171" w14:paraId="00C152FC" w14:textId="77777777" w:rsidTr="00606C6C">
        <w:tc>
          <w:tcPr>
            <w:tcW w:w="547" w:type="dxa"/>
          </w:tcPr>
          <w:p w14:paraId="1960FD60" w14:textId="17B4D41C" w:rsidR="00C33171" w:rsidRPr="00C33171" w:rsidRDefault="00383FC4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②</w:t>
            </w:r>
          </w:p>
        </w:tc>
        <w:tc>
          <w:tcPr>
            <w:tcW w:w="1438" w:type="dxa"/>
          </w:tcPr>
          <w:p w14:paraId="38E50D5D" w14:textId="77777777" w:rsidR="00C33171" w:rsidRPr="00C33171" w:rsidRDefault="00C33171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1701" w:type="dxa"/>
          </w:tcPr>
          <w:p w14:paraId="463E792F" w14:textId="77777777" w:rsidR="00C33171" w:rsidRPr="00C33171" w:rsidRDefault="00C33171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992" w:type="dxa"/>
          </w:tcPr>
          <w:p w14:paraId="65BBD617" w14:textId="77777777" w:rsidR="00C33171" w:rsidRPr="00C33171" w:rsidRDefault="00C33171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850" w:type="dxa"/>
          </w:tcPr>
          <w:p w14:paraId="72111E46" w14:textId="77777777" w:rsidR="00C33171" w:rsidRPr="00C33171" w:rsidRDefault="00C33171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3078" w:type="dxa"/>
          </w:tcPr>
          <w:p w14:paraId="15C34F2E" w14:textId="77777777" w:rsidR="00C33171" w:rsidRPr="00C33171" w:rsidRDefault="00C33171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</w:tr>
      <w:tr w:rsidR="005350F6" w14:paraId="7EE37509" w14:textId="29F883B9" w:rsidTr="00606C6C">
        <w:tc>
          <w:tcPr>
            <w:tcW w:w="547" w:type="dxa"/>
          </w:tcPr>
          <w:p w14:paraId="228BFC9E" w14:textId="2E011196" w:rsidR="007A61F7" w:rsidRPr="00C33171" w:rsidRDefault="00383FC4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③</w:t>
            </w:r>
          </w:p>
        </w:tc>
        <w:tc>
          <w:tcPr>
            <w:tcW w:w="1438" w:type="dxa"/>
          </w:tcPr>
          <w:p w14:paraId="6F66F9FC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1701" w:type="dxa"/>
          </w:tcPr>
          <w:p w14:paraId="5C91286A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992" w:type="dxa"/>
          </w:tcPr>
          <w:p w14:paraId="47C84BB1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850" w:type="dxa"/>
          </w:tcPr>
          <w:p w14:paraId="6A0C8F54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3078" w:type="dxa"/>
          </w:tcPr>
          <w:p w14:paraId="3DE2257A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</w:tr>
      <w:tr w:rsidR="005350F6" w14:paraId="7AB7CF86" w14:textId="27C487EC" w:rsidTr="00606C6C">
        <w:tc>
          <w:tcPr>
            <w:tcW w:w="547" w:type="dxa"/>
          </w:tcPr>
          <w:p w14:paraId="770DCD35" w14:textId="3E7A41B6" w:rsidR="007A61F7" w:rsidRPr="00C33171" w:rsidRDefault="00383FC4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④</w:t>
            </w:r>
          </w:p>
        </w:tc>
        <w:tc>
          <w:tcPr>
            <w:tcW w:w="1438" w:type="dxa"/>
          </w:tcPr>
          <w:p w14:paraId="67865CAB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1701" w:type="dxa"/>
          </w:tcPr>
          <w:p w14:paraId="289DF40C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992" w:type="dxa"/>
          </w:tcPr>
          <w:p w14:paraId="4EA847BA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850" w:type="dxa"/>
          </w:tcPr>
          <w:p w14:paraId="28D47C78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3078" w:type="dxa"/>
          </w:tcPr>
          <w:p w14:paraId="399F30F7" w14:textId="77777777" w:rsidR="007A61F7" w:rsidRPr="00C33171" w:rsidRDefault="007A61F7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</w:tr>
      <w:tr w:rsidR="008F64B9" w14:paraId="33CB3A87" w14:textId="77777777" w:rsidTr="00606C6C">
        <w:tc>
          <w:tcPr>
            <w:tcW w:w="547" w:type="dxa"/>
          </w:tcPr>
          <w:p w14:paraId="6B33CE82" w14:textId="2D4CE4CF" w:rsidR="008F64B9" w:rsidRPr="00C33171" w:rsidRDefault="00383FC4" w:rsidP="00C33171">
            <w:pPr>
              <w:spacing w:before="240"/>
              <w:jc w:val="center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⑤</w:t>
            </w:r>
          </w:p>
        </w:tc>
        <w:tc>
          <w:tcPr>
            <w:tcW w:w="1438" w:type="dxa"/>
          </w:tcPr>
          <w:p w14:paraId="3D8648AA" w14:textId="77777777" w:rsidR="008F64B9" w:rsidRPr="00C33171" w:rsidRDefault="008F64B9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1701" w:type="dxa"/>
          </w:tcPr>
          <w:p w14:paraId="639E69E9" w14:textId="77777777" w:rsidR="008F64B9" w:rsidRPr="00C33171" w:rsidRDefault="008F64B9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992" w:type="dxa"/>
          </w:tcPr>
          <w:p w14:paraId="4F520CC6" w14:textId="77777777" w:rsidR="008F64B9" w:rsidRPr="00C33171" w:rsidRDefault="008F64B9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850" w:type="dxa"/>
          </w:tcPr>
          <w:p w14:paraId="19C0EECF" w14:textId="77777777" w:rsidR="008F64B9" w:rsidRPr="00C33171" w:rsidRDefault="008F64B9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  <w:tc>
          <w:tcPr>
            <w:tcW w:w="3078" w:type="dxa"/>
          </w:tcPr>
          <w:p w14:paraId="19963DBD" w14:textId="77777777" w:rsidR="008F64B9" w:rsidRPr="00C33171" w:rsidRDefault="008F64B9" w:rsidP="00C33171">
            <w:pPr>
              <w:spacing w:before="240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</w:p>
        </w:tc>
      </w:tr>
    </w:tbl>
    <w:p w14:paraId="269095B7" w14:textId="77777777" w:rsidR="00C33171" w:rsidRDefault="00C33171" w:rsidP="00C33171">
      <w:pPr>
        <w:spacing w:after="0" w:line="240" w:lineRule="auto"/>
        <w:rPr>
          <w:rFonts w:ascii="BIZ UDPゴシック" w:eastAsia="BIZ UDPゴシック" w:hAnsi="BIZ UDPゴシック"/>
          <w:lang w:eastAsia="ja-JP"/>
        </w:rPr>
      </w:pPr>
    </w:p>
    <w:p w14:paraId="65F90E5C" w14:textId="749B6EFB" w:rsidR="009513A8" w:rsidRDefault="00BC0FE7" w:rsidP="00C33171">
      <w:pPr>
        <w:spacing w:after="0" w:line="480" w:lineRule="auto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3</w:t>
      </w:r>
      <w:r w:rsidRPr="007A61F7">
        <w:rPr>
          <w:rFonts w:ascii="BIZ UDPゴシック" w:eastAsia="BIZ UDPゴシック" w:hAnsi="BIZ UDPゴシック"/>
          <w:lang w:eastAsia="zh-CN"/>
        </w:rPr>
        <w:t xml:space="preserve">　消防学校</w:t>
      </w:r>
      <w:r w:rsidR="009513A8">
        <w:rPr>
          <w:rFonts w:ascii="BIZ UDPゴシック" w:eastAsia="BIZ UDPゴシック" w:hAnsi="BIZ UDPゴシック" w:hint="eastAsia"/>
          <w:lang w:eastAsia="zh-CN"/>
        </w:rPr>
        <w:t xml:space="preserve"> 初任</w:t>
      </w:r>
      <w:r w:rsidR="00C33171">
        <w:rPr>
          <w:rFonts w:ascii="BIZ UDPゴシック" w:eastAsia="BIZ UDPゴシック" w:hAnsi="BIZ UDPゴシック" w:hint="eastAsia"/>
          <w:lang w:eastAsia="zh-CN"/>
        </w:rPr>
        <w:t>科</w:t>
      </w:r>
    </w:p>
    <w:p w14:paraId="76F79F1A" w14:textId="4A150D4B" w:rsidR="008F64B9" w:rsidRPr="009513A8" w:rsidRDefault="009513A8" w:rsidP="00C33171">
      <w:pPr>
        <w:spacing w:after="0" w:line="480" w:lineRule="auto"/>
        <w:ind w:firstLineChars="150" w:firstLine="330"/>
        <w:rPr>
          <w:rFonts w:ascii="BIZ UDPゴシック" w:eastAsia="BIZ UDPゴシック" w:hAnsi="BIZ UDPゴシック"/>
          <w:u w:val="single"/>
          <w:lang w:eastAsia="ja-JP"/>
        </w:rPr>
      </w:pPr>
      <w:r w:rsidRPr="009513A8">
        <w:rPr>
          <w:rFonts w:ascii="BIZ UDPゴシック" w:eastAsia="BIZ UDPゴシック" w:hAnsi="BIZ UDPゴシック" w:hint="eastAsia"/>
          <w:u w:val="single"/>
          <w:lang w:eastAsia="zh-CN"/>
        </w:rPr>
        <w:t xml:space="preserve">　</w:t>
      </w:r>
      <w:r>
        <w:rPr>
          <w:rFonts w:ascii="BIZ UDPゴシック" w:eastAsia="BIZ UDPゴシック" w:hAnsi="BIZ UDPゴシック" w:hint="eastAsia"/>
          <w:u w:val="single"/>
          <w:lang w:eastAsia="zh-CN"/>
        </w:rPr>
        <w:t xml:space="preserve">              </w:t>
      </w:r>
      <w:r w:rsidRPr="009513A8">
        <w:rPr>
          <w:rFonts w:ascii="BIZ UDPゴシック" w:eastAsia="BIZ UDPゴシック" w:hAnsi="BIZ UDPゴシック" w:hint="eastAsia"/>
          <w:u w:val="single"/>
          <w:lang w:eastAsia="zh-CN"/>
        </w:rPr>
        <w:t xml:space="preserve">　</w:t>
      </w:r>
      <w:r w:rsidRPr="009513A8">
        <w:rPr>
          <w:rFonts w:ascii="BIZ UDPゴシック" w:eastAsia="BIZ UDPゴシック" w:hAnsi="BIZ UDPゴシック" w:hint="eastAsia"/>
          <w:lang w:eastAsia="zh-CN"/>
        </w:rPr>
        <w:t>消防学校</w:t>
      </w:r>
      <w:r w:rsidRPr="009513A8">
        <w:rPr>
          <w:rFonts w:ascii="BIZ UDPゴシック" w:eastAsia="BIZ UDPゴシック" w:hAnsi="BIZ UDPゴシック"/>
          <w:lang w:eastAsia="zh-CN"/>
        </w:rPr>
        <w:t>（</w:t>
      </w:r>
      <w:r w:rsidR="007A61F7" w:rsidRPr="009513A8">
        <w:rPr>
          <w:rFonts w:ascii="BIZ UDPゴシック" w:eastAsia="BIZ UDPゴシック" w:hAnsi="BIZ UDPゴシック" w:hint="eastAsia"/>
          <w:lang w:eastAsia="zh-CN"/>
        </w:rPr>
        <w:t xml:space="preserve">      </w:t>
      </w:r>
      <w:r w:rsidRPr="009513A8">
        <w:rPr>
          <w:rFonts w:ascii="BIZ UDPゴシック" w:eastAsia="BIZ UDPゴシック" w:hAnsi="BIZ UDPゴシック"/>
          <w:lang w:eastAsia="zh-CN"/>
        </w:rPr>
        <w:t>年</w:t>
      </w:r>
      <w:r w:rsidR="007A61F7" w:rsidRPr="009513A8">
        <w:rPr>
          <w:rFonts w:ascii="BIZ UDPゴシック" w:eastAsia="BIZ UDPゴシック" w:hAnsi="BIZ UDPゴシック" w:hint="eastAsia"/>
          <w:lang w:eastAsia="zh-CN"/>
        </w:rPr>
        <w:t xml:space="preserve">     </w:t>
      </w:r>
      <w:r w:rsidRPr="009513A8">
        <w:rPr>
          <w:rFonts w:ascii="BIZ UDPゴシック" w:eastAsia="BIZ UDPゴシック" w:hAnsi="BIZ UDPゴシック"/>
          <w:lang w:eastAsia="zh-CN"/>
        </w:rPr>
        <w:t>月修了）</w:t>
      </w:r>
      <w:r w:rsidR="004A36B7">
        <w:rPr>
          <w:rFonts w:ascii="BIZ UDPゴシック" w:eastAsia="BIZ UDPゴシック" w:hAnsi="BIZ UDPゴシック" w:hint="eastAsia"/>
          <w:lang w:eastAsia="zh-CN"/>
        </w:rPr>
        <w:t xml:space="preserve">  </w:t>
      </w:r>
      <w:r w:rsidR="004A36B7">
        <w:rPr>
          <w:rFonts w:ascii="BIZ UDPゴシック" w:eastAsia="BIZ UDPゴシック" w:hAnsi="BIZ UDPゴシック" w:hint="eastAsia"/>
          <w:lang w:eastAsia="ja-JP"/>
        </w:rPr>
        <w:t xml:space="preserve">　　</w:t>
      </w:r>
      <w:r w:rsidR="004A36B7" w:rsidRPr="004A36B7">
        <w:rPr>
          <w:rFonts w:ascii="BIZ UDPゴシック" w:eastAsia="BIZ UDPゴシック" w:hAnsi="BIZ UDPゴシック" w:hint="eastAsia"/>
          <w:u w:val="single"/>
          <w:lang w:eastAsia="ja-JP"/>
        </w:rPr>
        <w:t>救急隊員資格</w:t>
      </w:r>
      <w:r w:rsidR="004A36B7">
        <w:rPr>
          <w:rFonts w:ascii="BIZ UDPゴシック" w:eastAsia="BIZ UDPゴシック" w:hAnsi="BIZ UDPゴシック" w:hint="eastAsia"/>
          <w:lang w:eastAsia="ja-JP"/>
        </w:rPr>
        <w:t xml:space="preserve">　　あり　・　なし</w:t>
      </w:r>
    </w:p>
    <w:p w14:paraId="2B300334" w14:textId="0A9B5155" w:rsidR="00C33171" w:rsidRDefault="00BC0FE7" w:rsidP="007A61F7">
      <w:pPr>
        <w:spacing w:after="0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4</w:t>
      </w:r>
      <w:r w:rsidRPr="007A61F7">
        <w:rPr>
          <w:rFonts w:ascii="BIZ UDPゴシック" w:eastAsia="BIZ UDPゴシック" w:hAnsi="BIZ UDPゴシック"/>
          <w:lang w:eastAsia="ja-JP"/>
        </w:rPr>
        <w:t xml:space="preserve">　資格・免許取得状況</w:t>
      </w:r>
    </w:p>
    <w:tbl>
      <w:tblPr>
        <w:tblStyle w:val="afe"/>
        <w:tblW w:w="0" w:type="auto"/>
        <w:tblInd w:w="250" w:type="dxa"/>
        <w:tblLook w:val="04A0" w:firstRow="1" w:lastRow="0" w:firstColumn="1" w:lastColumn="0" w:noHBand="0" w:noVBand="1"/>
      </w:tblPr>
      <w:tblGrid>
        <w:gridCol w:w="4153"/>
        <w:gridCol w:w="4233"/>
      </w:tblGrid>
      <w:tr w:rsidR="00C33171" w14:paraId="627C6D11" w14:textId="77777777" w:rsidTr="00C33171">
        <w:tc>
          <w:tcPr>
            <w:tcW w:w="4253" w:type="dxa"/>
          </w:tcPr>
          <w:p w14:paraId="6070A4D6" w14:textId="62110860" w:rsidR="00C33171" w:rsidRPr="00BC0FE7" w:rsidRDefault="00BC0FE7" w:rsidP="00C33171">
            <w:pPr>
              <w:spacing w:line="360" w:lineRule="auto"/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 w:rsidRPr="00BC0FE7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(例) 大型自動車免許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・救急救命士等</w:t>
            </w:r>
          </w:p>
        </w:tc>
        <w:tc>
          <w:tcPr>
            <w:tcW w:w="4344" w:type="dxa"/>
          </w:tcPr>
          <w:p w14:paraId="5C707D1B" w14:textId="77777777" w:rsidR="00C33171" w:rsidRDefault="00C33171" w:rsidP="00C33171">
            <w:pPr>
              <w:spacing w:line="360" w:lineRule="auto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C33171" w14:paraId="35E5A72B" w14:textId="77777777" w:rsidTr="00C33171">
        <w:tc>
          <w:tcPr>
            <w:tcW w:w="4253" w:type="dxa"/>
          </w:tcPr>
          <w:p w14:paraId="5A711378" w14:textId="77777777" w:rsidR="00C33171" w:rsidRDefault="00C33171" w:rsidP="00C33171">
            <w:pPr>
              <w:spacing w:line="360" w:lineRule="auto"/>
              <w:rPr>
                <w:rFonts w:ascii="BIZ UDPゴシック" w:eastAsia="BIZ UDPゴシック" w:hAnsi="BIZ UDPゴシック"/>
                <w:lang w:eastAsia="ja-JP"/>
              </w:rPr>
            </w:pPr>
          </w:p>
        </w:tc>
        <w:tc>
          <w:tcPr>
            <w:tcW w:w="4344" w:type="dxa"/>
          </w:tcPr>
          <w:p w14:paraId="3F04CAD2" w14:textId="77777777" w:rsidR="00C33171" w:rsidRDefault="00C33171" w:rsidP="00C33171">
            <w:pPr>
              <w:spacing w:line="360" w:lineRule="auto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C33171" w14:paraId="2104552B" w14:textId="77777777" w:rsidTr="00C33171">
        <w:tc>
          <w:tcPr>
            <w:tcW w:w="4253" w:type="dxa"/>
          </w:tcPr>
          <w:p w14:paraId="464ADE09" w14:textId="77777777" w:rsidR="00C33171" w:rsidRDefault="00C33171" w:rsidP="00C33171">
            <w:pPr>
              <w:spacing w:line="360" w:lineRule="auto"/>
              <w:rPr>
                <w:rFonts w:ascii="BIZ UDPゴシック" w:eastAsia="BIZ UDPゴシック" w:hAnsi="BIZ UDPゴシック"/>
                <w:lang w:eastAsia="ja-JP"/>
              </w:rPr>
            </w:pPr>
          </w:p>
        </w:tc>
        <w:tc>
          <w:tcPr>
            <w:tcW w:w="4344" w:type="dxa"/>
          </w:tcPr>
          <w:p w14:paraId="4134C8B3" w14:textId="77777777" w:rsidR="00C33171" w:rsidRDefault="00C33171" w:rsidP="00C33171">
            <w:pPr>
              <w:spacing w:line="360" w:lineRule="auto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C33171" w14:paraId="45BB94BF" w14:textId="77777777" w:rsidTr="00C33171">
        <w:tc>
          <w:tcPr>
            <w:tcW w:w="4253" w:type="dxa"/>
          </w:tcPr>
          <w:p w14:paraId="3E4419CE" w14:textId="15FB6539" w:rsidR="00C33171" w:rsidRDefault="00C33171" w:rsidP="00C33171">
            <w:pPr>
              <w:spacing w:line="360" w:lineRule="auto"/>
              <w:rPr>
                <w:rFonts w:ascii="BIZ UDPゴシック" w:eastAsia="BIZ UDPゴシック" w:hAnsi="BIZ UDPゴシック"/>
                <w:lang w:eastAsia="ja-JP"/>
              </w:rPr>
            </w:pPr>
          </w:p>
        </w:tc>
        <w:tc>
          <w:tcPr>
            <w:tcW w:w="4344" w:type="dxa"/>
          </w:tcPr>
          <w:p w14:paraId="559EBCBD" w14:textId="77777777" w:rsidR="00C33171" w:rsidRDefault="00C33171" w:rsidP="00C33171">
            <w:pPr>
              <w:spacing w:line="360" w:lineRule="auto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6F64F916" w14:textId="77777777" w:rsidR="008F64B9" w:rsidRPr="007A61F7" w:rsidRDefault="008F64B9" w:rsidP="007A61F7">
      <w:pPr>
        <w:spacing w:after="0"/>
        <w:rPr>
          <w:rFonts w:ascii="BIZ UDPゴシック" w:eastAsia="BIZ UDPゴシック" w:hAnsi="BIZ UDPゴシック"/>
          <w:lang w:eastAsia="ja-JP"/>
        </w:rPr>
      </w:pPr>
    </w:p>
    <w:p w14:paraId="6DCA1085" w14:textId="64F56DAC" w:rsidR="00D5671E" w:rsidRPr="007A61F7" w:rsidRDefault="00BC0FE7" w:rsidP="007A61F7">
      <w:pPr>
        <w:spacing w:after="0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５</w:t>
      </w:r>
      <w:r w:rsidRPr="007A61F7">
        <w:rPr>
          <w:rFonts w:ascii="BIZ UDPゴシック" w:eastAsia="BIZ UDPゴシック" w:hAnsi="BIZ UDPゴシック"/>
          <w:lang w:eastAsia="ja-JP"/>
        </w:rPr>
        <w:t xml:space="preserve">　</w:t>
      </w:r>
      <w:r w:rsidR="00716335">
        <w:rPr>
          <w:rFonts w:ascii="BIZ UDPゴシック" w:eastAsia="BIZ UDPゴシック" w:hAnsi="BIZ UDPゴシック" w:hint="eastAsia"/>
          <w:lang w:eastAsia="ja-JP"/>
        </w:rPr>
        <w:t>懲戒処分（</w:t>
      </w:r>
      <w:r w:rsidR="0079020B">
        <w:rPr>
          <w:rFonts w:ascii="BIZ UDPゴシック" w:eastAsia="BIZ UDPゴシック" w:hAnsi="BIZ UDPゴシック" w:hint="eastAsia"/>
          <w:lang w:eastAsia="ja-JP"/>
        </w:rPr>
        <w:t>免職・</w:t>
      </w:r>
      <w:r w:rsidR="00716335">
        <w:rPr>
          <w:rFonts w:ascii="BIZ UDPゴシック" w:eastAsia="BIZ UDPゴシック" w:hAnsi="BIZ UDPゴシック" w:hint="eastAsia"/>
          <w:lang w:eastAsia="ja-JP"/>
        </w:rPr>
        <w:t>停職・減給・戒告）</w:t>
      </w:r>
      <w:r w:rsidR="009513A8">
        <w:rPr>
          <w:rFonts w:ascii="BIZ UDPゴシック" w:eastAsia="BIZ UDPゴシック" w:hAnsi="BIZ UDPゴシック" w:hint="eastAsia"/>
          <w:lang w:eastAsia="ja-JP"/>
        </w:rPr>
        <w:t>の有無</w:t>
      </w:r>
    </w:p>
    <w:p w14:paraId="31E409A0" w14:textId="03E2791A" w:rsidR="009513A8" w:rsidRPr="00716335" w:rsidRDefault="009513A8" w:rsidP="007A61F7">
      <w:pPr>
        <w:spacing w:after="0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 xml:space="preserve">　　</w:t>
      </w:r>
      <w:r w:rsidR="00E504FA">
        <w:rPr>
          <w:rFonts w:ascii="BIZ UDPゴシック" w:eastAsia="BIZ UDPゴシック" w:hAnsi="BIZ UDPゴシック" w:hint="eastAsia"/>
          <w:lang w:eastAsia="ja-JP"/>
        </w:rPr>
        <w:t>有</w:t>
      </w:r>
      <w:r>
        <w:rPr>
          <w:rFonts w:ascii="BIZ UDPゴシック" w:eastAsia="BIZ UDPゴシック" w:hAnsi="BIZ UDPゴシック" w:hint="eastAsia"/>
          <w:lang w:eastAsia="ja-JP"/>
        </w:rPr>
        <w:t xml:space="preserve">　・　</w:t>
      </w:r>
      <w:r w:rsidR="00E504FA">
        <w:rPr>
          <w:rFonts w:ascii="BIZ UDPゴシック" w:eastAsia="BIZ UDPゴシック" w:hAnsi="BIZ UDPゴシック" w:hint="eastAsia"/>
          <w:lang w:eastAsia="ja-JP"/>
        </w:rPr>
        <w:t>無</w:t>
      </w:r>
    </w:p>
    <w:tbl>
      <w:tblPr>
        <w:tblStyle w:val="afe"/>
        <w:tblW w:w="0" w:type="auto"/>
        <w:tblInd w:w="250" w:type="dxa"/>
        <w:tblLook w:val="04A0" w:firstRow="1" w:lastRow="0" w:firstColumn="1" w:lastColumn="0" w:noHBand="0" w:noVBand="1"/>
      </w:tblPr>
      <w:tblGrid>
        <w:gridCol w:w="8386"/>
      </w:tblGrid>
      <w:tr w:rsidR="009513A8" w14:paraId="2B24FD35" w14:textId="77777777" w:rsidTr="00C33171">
        <w:trPr>
          <w:trHeight w:val="586"/>
        </w:trPr>
        <w:tc>
          <w:tcPr>
            <w:tcW w:w="8597" w:type="dxa"/>
          </w:tcPr>
          <w:p w14:paraId="6AF0CACE" w14:textId="4653BF0C" w:rsidR="009513A8" w:rsidRPr="00E504FA" w:rsidRDefault="00E504FA" w:rsidP="007A61F7">
            <w:pPr>
              <w:rPr>
                <w:rFonts w:ascii="BIZ UDPゴシック" w:eastAsia="BIZ UDPゴシック" w:hAnsi="BIZ UDPゴシック"/>
                <w:sz w:val="16"/>
                <w:szCs w:val="16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（</w:t>
            </w:r>
            <w:r w:rsidRPr="00E504FA"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有の場合、処分の種類及びその内容を記入してください。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  <w:lang w:eastAsia="ja-JP"/>
              </w:rPr>
              <w:t>）</w:t>
            </w:r>
          </w:p>
          <w:p w14:paraId="6CC50B59" w14:textId="77777777" w:rsidR="00E504FA" w:rsidRDefault="00E504FA" w:rsidP="007A61F7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0B3D4562" w14:textId="77777777" w:rsidR="00E504FA" w:rsidRDefault="00E504FA" w:rsidP="007A61F7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0E2B7BAA" w14:textId="77777777" w:rsidR="00E504FA" w:rsidRDefault="00E504FA" w:rsidP="007A61F7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2A2D6914" w14:textId="77777777" w:rsidR="00E504FA" w:rsidRDefault="00E504FA" w:rsidP="007A61F7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18C6FF9D" w14:textId="5EA66E58" w:rsidR="009513A8" w:rsidRDefault="009513A8" w:rsidP="00C33171">
      <w:pPr>
        <w:spacing w:after="0"/>
        <w:rPr>
          <w:rFonts w:ascii="BIZ UDPゴシック" w:eastAsia="BIZ UDPゴシック" w:hAnsi="BIZ UDPゴシック"/>
          <w:lang w:eastAsia="ja-JP"/>
        </w:rPr>
      </w:pPr>
    </w:p>
    <w:p w14:paraId="3641F41D" w14:textId="77777777" w:rsidR="00231234" w:rsidRDefault="00231234" w:rsidP="00C33171">
      <w:pPr>
        <w:spacing w:after="0"/>
        <w:rPr>
          <w:rFonts w:ascii="BIZ UDPゴシック" w:eastAsia="BIZ UDPゴシック" w:hAnsi="BIZ UDPゴシック"/>
          <w:lang w:eastAsia="ja-JP"/>
        </w:rPr>
      </w:pPr>
    </w:p>
    <w:p w14:paraId="52882B82" w14:textId="7411718D" w:rsidR="00231234" w:rsidRPr="00716335" w:rsidRDefault="00231234" w:rsidP="00C33171">
      <w:pPr>
        <w:spacing w:after="0"/>
        <w:rPr>
          <w:rFonts w:ascii="BIZ UDPゴシック" w:eastAsia="BIZ UDPゴシック" w:hAnsi="BIZ UDPゴシック"/>
          <w:lang w:eastAsia="ja-JP"/>
        </w:rPr>
      </w:pPr>
      <w:r w:rsidRPr="008F4B0E">
        <w:rPr>
          <w:rFonts w:ascii="BIZ UDPゴシック" w:eastAsia="BIZ UDPゴシック" w:hAnsi="BIZ UDPゴシック" w:hint="eastAsia"/>
          <w:lang w:eastAsia="ja-JP"/>
        </w:rPr>
        <w:t>※</w:t>
      </w:r>
      <w:r w:rsidR="00546DF3" w:rsidRPr="008F4B0E">
        <w:rPr>
          <w:rFonts w:ascii="BIZ UDPゴシック" w:eastAsia="BIZ UDPゴシック" w:hAnsi="BIZ UDPゴシック" w:hint="eastAsia"/>
          <w:lang w:eastAsia="ja-JP"/>
        </w:rPr>
        <w:t>記載事項に虚偽</w:t>
      </w:r>
      <w:r w:rsidR="003B4CA8">
        <w:rPr>
          <w:rFonts w:ascii="BIZ UDPゴシック" w:eastAsia="BIZ UDPゴシック" w:hAnsi="BIZ UDPゴシック" w:hint="eastAsia"/>
          <w:lang w:eastAsia="ja-JP"/>
        </w:rPr>
        <w:t>が</w:t>
      </w:r>
      <w:r w:rsidR="00546DF3" w:rsidRPr="008F4B0E">
        <w:rPr>
          <w:rFonts w:ascii="BIZ UDPゴシック" w:eastAsia="BIZ UDPゴシック" w:hAnsi="BIZ UDPゴシック" w:hint="eastAsia"/>
          <w:lang w:eastAsia="ja-JP"/>
        </w:rPr>
        <w:t>ないか任用元に確認する場合がございます。</w:t>
      </w:r>
    </w:p>
    <w:sectPr w:rsidR="00231234" w:rsidRPr="00716335" w:rsidSect="00C33171">
      <w:pgSz w:w="12240" w:h="15840"/>
      <w:pgMar w:top="851" w:right="1797" w:bottom="851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A55F7" w14:textId="77777777" w:rsidR="007161F7" w:rsidRDefault="007161F7" w:rsidP="00546DF3">
      <w:pPr>
        <w:spacing w:after="0" w:line="240" w:lineRule="auto"/>
      </w:pPr>
      <w:r>
        <w:separator/>
      </w:r>
    </w:p>
  </w:endnote>
  <w:endnote w:type="continuationSeparator" w:id="0">
    <w:p w14:paraId="15450A9E" w14:textId="77777777" w:rsidR="007161F7" w:rsidRDefault="007161F7" w:rsidP="0054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4CFA4" w14:textId="77777777" w:rsidR="007161F7" w:rsidRDefault="007161F7" w:rsidP="00546DF3">
      <w:pPr>
        <w:spacing w:after="0" w:line="240" w:lineRule="auto"/>
      </w:pPr>
      <w:r>
        <w:separator/>
      </w:r>
    </w:p>
  </w:footnote>
  <w:footnote w:type="continuationSeparator" w:id="0">
    <w:p w14:paraId="2FED21CE" w14:textId="77777777" w:rsidR="007161F7" w:rsidRDefault="007161F7" w:rsidP="00546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A106554"/>
    <w:multiLevelType w:val="hybridMultilevel"/>
    <w:tmpl w:val="F6D87E1E"/>
    <w:lvl w:ilvl="0" w:tplc="54604888">
      <w:start w:val="5"/>
      <w:numFmt w:val="bullet"/>
      <w:lvlText w:val="・"/>
      <w:lvlJc w:val="left"/>
      <w:pPr>
        <w:ind w:left="51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10" w15:restartNumberingAfterBreak="0">
    <w:nsid w:val="7E753339"/>
    <w:multiLevelType w:val="hybridMultilevel"/>
    <w:tmpl w:val="36E44288"/>
    <w:lvl w:ilvl="0" w:tplc="19427D58">
      <w:start w:val="2"/>
      <w:numFmt w:val="bullet"/>
      <w:lvlText w:val="・"/>
      <w:lvlJc w:val="left"/>
      <w:pPr>
        <w:ind w:left="69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40"/>
      </w:pPr>
      <w:rPr>
        <w:rFonts w:ascii="Wingdings" w:hAnsi="Wingdings" w:hint="default"/>
      </w:rPr>
    </w:lvl>
  </w:abstractNum>
  <w:num w:numId="1" w16cid:durableId="734204491">
    <w:abstractNumId w:val="8"/>
  </w:num>
  <w:num w:numId="2" w16cid:durableId="1834179140">
    <w:abstractNumId w:val="6"/>
  </w:num>
  <w:num w:numId="3" w16cid:durableId="567888499">
    <w:abstractNumId w:val="5"/>
  </w:num>
  <w:num w:numId="4" w16cid:durableId="1375078923">
    <w:abstractNumId w:val="4"/>
  </w:num>
  <w:num w:numId="5" w16cid:durableId="421028967">
    <w:abstractNumId w:val="7"/>
  </w:num>
  <w:num w:numId="6" w16cid:durableId="1493060401">
    <w:abstractNumId w:val="3"/>
  </w:num>
  <w:num w:numId="7" w16cid:durableId="379600339">
    <w:abstractNumId w:val="2"/>
  </w:num>
  <w:num w:numId="8" w16cid:durableId="774984947">
    <w:abstractNumId w:val="1"/>
  </w:num>
  <w:num w:numId="9" w16cid:durableId="796528479">
    <w:abstractNumId w:val="0"/>
  </w:num>
  <w:num w:numId="10" w16cid:durableId="1923175917">
    <w:abstractNumId w:val="9"/>
  </w:num>
  <w:num w:numId="11" w16cid:durableId="16861338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195"/>
    <w:rsid w:val="00107716"/>
    <w:rsid w:val="0015074B"/>
    <w:rsid w:val="00227AD5"/>
    <w:rsid w:val="00231234"/>
    <w:rsid w:val="0029639D"/>
    <w:rsid w:val="00326F90"/>
    <w:rsid w:val="00345C9F"/>
    <w:rsid w:val="0036745C"/>
    <w:rsid w:val="00383FC4"/>
    <w:rsid w:val="003B4CA8"/>
    <w:rsid w:val="004A36B7"/>
    <w:rsid w:val="005158A6"/>
    <w:rsid w:val="005350F6"/>
    <w:rsid w:val="00546DF3"/>
    <w:rsid w:val="00606C6C"/>
    <w:rsid w:val="007161F7"/>
    <w:rsid w:val="00716335"/>
    <w:rsid w:val="0079020B"/>
    <w:rsid w:val="007A61F7"/>
    <w:rsid w:val="00846262"/>
    <w:rsid w:val="008F4B0E"/>
    <w:rsid w:val="008F64B9"/>
    <w:rsid w:val="009513A8"/>
    <w:rsid w:val="00961B00"/>
    <w:rsid w:val="00A649B1"/>
    <w:rsid w:val="00A90D1D"/>
    <w:rsid w:val="00AA1D8D"/>
    <w:rsid w:val="00B25994"/>
    <w:rsid w:val="00B47730"/>
    <w:rsid w:val="00BC0FE7"/>
    <w:rsid w:val="00C33171"/>
    <w:rsid w:val="00C84235"/>
    <w:rsid w:val="00CB0664"/>
    <w:rsid w:val="00D5671E"/>
    <w:rsid w:val="00E504FA"/>
    <w:rsid w:val="00E971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67456"/>
  <w14:defaultImageDpi w14:val="300"/>
  <w15:docId w15:val="{0DD5A6D3-D7A3-4793-918A-8736643E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永峯 秀樹</cp:lastModifiedBy>
  <cp:revision>9</cp:revision>
  <cp:lastPrinted>2026-05-21T01:00:00Z</cp:lastPrinted>
  <dcterms:created xsi:type="dcterms:W3CDTF">2026-05-21T01:58:00Z</dcterms:created>
  <dcterms:modified xsi:type="dcterms:W3CDTF">2026-07-15T00:57:00Z</dcterms:modified>
  <cp:category/>
</cp:coreProperties>
</file>